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44292" w14:textId="76AB6037" w:rsidR="00E213B5" w:rsidRPr="00E213B5" w:rsidRDefault="00E213B5" w:rsidP="00E213B5">
      <w:pPr>
        <w:rPr>
          <w:lang w:val="en-GB"/>
        </w:rPr>
      </w:pPr>
      <w:r w:rsidRPr="00E213B5">
        <w:rPr>
          <w:lang w:val="en-GB"/>
        </w:rPr>
        <w:drawing>
          <wp:inline distT="0" distB="0" distL="0" distR="0" wp14:anchorId="795F79E5" wp14:editId="428F65D1">
            <wp:extent cx="6653530" cy="9491345"/>
            <wp:effectExtent l="0" t="0" r="0" b="0"/>
            <wp:docPr id="15602336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9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CF34" w14:textId="2E9D4165" w:rsidR="00E213B5" w:rsidRPr="00E213B5" w:rsidRDefault="00E213B5" w:rsidP="00E213B5">
      <w:pPr>
        <w:rPr>
          <w:lang w:val="en-GB"/>
        </w:rPr>
      </w:pPr>
      <w:r w:rsidRPr="00E213B5">
        <w:rPr>
          <w:lang w:val="en-GB"/>
        </w:rPr>
        <w:lastRenderedPageBreak/>
        <w:drawing>
          <wp:inline distT="0" distB="0" distL="0" distR="0" wp14:anchorId="30C81F2D" wp14:editId="2AEF46CB">
            <wp:extent cx="6653530" cy="8201025"/>
            <wp:effectExtent l="0" t="0" r="0" b="9525"/>
            <wp:docPr id="13942519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A0565" w14:textId="77777777" w:rsidR="00E213B5" w:rsidRPr="00E213B5" w:rsidRDefault="00E213B5" w:rsidP="00E213B5">
      <w:pPr>
        <w:rPr>
          <w:lang w:val="en-GB"/>
        </w:rPr>
      </w:pPr>
    </w:p>
    <w:sectPr w:rsidR="00E213B5" w:rsidRPr="00E213B5" w:rsidSect="007279BA">
      <w:headerReference w:type="default" r:id="rId12"/>
      <w:pgSz w:w="11918" w:h="16838"/>
      <w:pgMar w:top="720" w:right="720" w:bottom="720" w:left="720" w:header="720" w:footer="720" w:gutter="0"/>
      <w:cols w:space="720" w:equalWidth="0">
        <w:col w:w="11198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51025" w14:textId="77777777" w:rsidR="00263534" w:rsidRDefault="00263534" w:rsidP="00D46E41">
      <w:pPr>
        <w:spacing w:after="0" w:line="240" w:lineRule="auto"/>
      </w:pPr>
      <w:r>
        <w:separator/>
      </w:r>
    </w:p>
  </w:endnote>
  <w:endnote w:type="continuationSeparator" w:id="0">
    <w:p w14:paraId="70C981BE" w14:textId="77777777" w:rsidR="00263534" w:rsidRDefault="00263534" w:rsidP="00D46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ourier">
    <w:panose1 w:val="02070409020205020404"/>
    <w:charset w:val="00"/>
    <w:family w:val="modern"/>
    <w:notTrueType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E66AE8F-CC21-42BE-8A26-63E07E0E80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827F5" w14:textId="77777777" w:rsidR="00263534" w:rsidRDefault="00263534" w:rsidP="00D46E41">
      <w:pPr>
        <w:spacing w:after="0" w:line="240" w:lineRule="auto"/>
      </w:pPr>
      <w:r>
        <w:separator/>
      </w:r>
    </w:p>
  </w:footnote>
  <w:footnote w:type="continuationSeparator" w:id="0">
    <w:p w14:paraId="33C45931" w14:textId="77777777" w:rsidR="00263534" w:rsidRDefault="00263534" w:rsidP="00D46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A3DB6" w14:textId="643F68BA" w:rsidR="00A03C0C" w:rsidRPr="00D46E41" w:rsidRDefault="00D46E41">
    <w:pPr>
      <w:pStyle w:val="Header"/>
      <w:rPr>
        <w:rFonts w:ascii="Verdana" w:hAnsi="Verdana"/>
      </w:rPr>
    </w:pPr>
    <w:r w:rsidRPr="00D46E41">
      <w:rPr>
        <w:rFonts w:ascii="Verdana" w:hAnsi="Verdana"/>
      </w:rPr>
      <w:t xml:space="preserve">Last Printed </w:t>
    </w:r>
    <w:r w:rsidRPr="00D46E41">
      <w:rPr>
        <w:rFonts w:ascii="Verdana" w:hAnsi="Verdana"/>
      </w:rPr>
      <w:fldChar w:fldCharType="begin"/>
    </w:r>
    <w:r w:rsidRPr="00D46E41">
      <w:rPr>
        <w:rFonts w:ascii="Verdana" w:hAnsi="Verdana"/>
      </w:rPr>
      <w:instrText xml:space="preserve"> DATE \@ "dd/MM/yyyy HH:mm:ss" </w:instrText>
    </w:r>
    <w:r w:rsidRPr="00D46E41">
      <w:rPr>
        <w:rFonts w:ascii="Verdana" w:hAnsi="Verdana"/>
      </w:rPr>
      <w:fldChar w:fldCharType="separate"/>
    </w:r>
    <w:r w:rsidR="00E213B5">
      <w:rPr>
        <w:rFonts w:ascii="Verdana" w:hAnsi="Verdana"/>
        <w:noProof/>
      </w:rPr>
      <w:t>04/03/2026 13:41:05</w:t>
    </w:r>
    <w:r w:rsidRPr="00D46E41">
      <w:rPr>
        <w:rFonts w:ascii="Verdana" w:hAnsi="Verdana"/>
      </w:rPr>
      <w:fldChar w:fldCharType="end"/>
    </w:r>
    <w:r w:rsidRPr="00D46E41">
      <w:rPr>
        <w:rFonts w:ascii="Verdana" w:hAnsi="Verdana"/>
      </w:rPr>
      <w:t xml:space="preserve"> - Reviewed by the Song Group </w:t>
    </w:r>
    <w:r w:rsidR="00A03C0C">
      <w:rPr>
        <w:rFonts w:ascii="Verdana" w:hAnsi="Verdana"/>
      </w:rPr>
      <w:t>14/10/2025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67955888">
    <w:abstractNumId w:val="8"/>
  </w:num>
  <w:num w:numId="2" w16cid:durableId="456996063">
    <w:abstractNumId w:val="6"/>
  </w:num>
  <w:num w:numId="3" w16cid:durableId="1119104849">
    <w:abstractNumId w:val="5"/>
  </w:num>
  <w:num w:numId="4" w16cid:durableId="1304311150">
    <w:abstractNumId w:val="4"/>
  </w:num>
  <w:num w:numId="5" w16cid:durableId="992953391">
    <w:abstractNumId w:val="7"/>
  </w:num>
  <w:num w:numId="6" w16cid:durableId="1173646741">
    <w:abstractNumId w:val="3"/>
  </w:num>
  <w:num w:numId="7" w16cid:durableId="152374485">
    <w:abstractNumId w:val="2"/>
  </w:num>
  <w:num w:numId="8" w16cid:durableId="630331909">
    <w:abstractNumId w:val="1"/>
  </w:num>
  <w:num w:numId="9" w16cid:durableId="42454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noPunctuationKerning/>
  <w:characterSpacingControl w:val="compressPunctuationAndJapaneseKana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1B8F"/>
    <w:rsid w:val="00034616"/>
    <w:rsid w:val="0006063C"/>
    <w:rsid w:val="0015074B"/>
    <w:rsid w:val="00263534"/>
    <w:rsid w:val="00266868"/>
    <w:rsid w:val="0029639D"/>
    <w:rsid w:val="00326F90"/>
    <w:rsid w:val="00566783"/>
    <w:rsid w:val="007179D6"/>
    <w:rsid w:val="007279BA"/>
    <w:rsid w:val="0080167B"/>
    <w:rsid w:val="00996A31"/>
    <w:rsid w:val="00A03C0C"/>
    <w:rsid w:val="00AA1D8D"/>
    <w:rsid w:val="00AD5777"/>
    <w:rsid w:val="00B47730"/>
    <w:rsid w:val="00CB0664"/>
    <w:rsid w:val="00D46E41"/>
    <w:rsid w:val="00DB08DE"/>
    <w:rsid w:val="00DD3413"/>
    <w:rsid w:val="00E2087D"/>
    <w:rsid w:val="00E213B5"/>
    <w:rsid w:val="00E77CD5"/>
    <w:rsid w:val="00EA05BE"/>
    <w:rsid w:val="00F12B6B"/>
    <w:rsid w:val="00F87DB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7A139D"/>
  <w14:defaultImageDpi w14:val="300"/>
  <w15:docId w15:val="{126121CC-118D-7F41-B246-D11659E8B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15608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156082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15608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0A1D30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156082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156082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15608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156082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156082" w:themeColor="accent1"/>
      </w:pBdr>
      <w:spacing w:before="200" w:after="280"/>
      <w:ind w:left="936" w:right="936"/>
    </w:pPr>
    <w:rPr>
      <w:b/>
      <w:bCs/>
      <w:i/>
      <w:iCs/>
      <w:color w:val="1560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156082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156082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E97132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E97132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Chris Compton</cp:lastModifiedBy>
  <cp:revision>10</cp:revision>
  <dcterms:created xsi:type="dcterms:W3CDTF">2025-09-30T19:14:00Z</dcterms:created>
  <dcterms:modified xsi:type="dcterms:W3CDTF">2026-03-04T13:44:00Z</dcterms:modified>
  <cp:category/>
</cp:coreProperties>
</file>